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AEFF8" w14:textId="64AEE8D1" w:rsidR="007D10B8" w:rsidRDefault="00000000">
      <w:pPr>
        <w:pStyle w:val="Heading1"/>
        <w:jc w:val="center"/>
      </w:pPr>
      <w:r>
        <w:t>BIG LENT SWIM</w:t>
      </w:r>
      <w:r w:rsidR="009906F7">
        <w:t xml:space="preserve"> - 2026</w:t>
      </w:r>
    </w:p>
    <w:p w14:paraId="670FA3BE" w14:textId="14E3970D" w:rsidR="007D10B8" w:rsidRDefault="009906F7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A269580" wp14:editId="0B7D5EA2">
            <wp:extent cx="762337" cy="11430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97" cy="115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AA61" w14:textId="77777777" w:rsidR="007D10B8" w:rsidRDefault="00000000">
      <w:r>
        <w:t>Class Name: _________________________________________________</w:t>
      </w:r>
    </w:p>
    <w:p w14:paraId="33DA3CD5" w14:textId="77777777" w:rsidR="007D10B8" w:rsidRDefault="007D10B8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33"/>
        <w:gridCol w:w="1233"/>
        <w:gridCol w:w="1232"/>
        <w:gridCol w:w="1233"/>
        <w:gridCol w:w="1233"/>
        <w:gridCol w:w="1233"/>
        <w:gridCol w:w="1233"/>
      </w:tblGrid>
      <w:tr w:rsidR="007D10B8" w14:paraId="02CACDAE" w14:textId="77777777">
        <w:trPr>
          <w:jc w:val="center"/>
        </w:trPr>
        <w:tc>
          <w:tcPr>
            <w:tcW w:w="1234" w:type="dxa"/>
          </w:tcPr>
          <w:p w14:paraId="565C78F1" w14:textId="77777777" w:rsidR="007D10B8" w:rsidRDefault="00000000">
            <w:r>
              <w:t>No.</w:t>
            </w:r>
          </w:p>
        </w:tc>
        <w:tc>
          <w:tcPr>
            <w:tcW w:w="1234" w:type="dxa"/>
          </w:tcPr>
          <w:p w14:paraId="34988CEB" w14:textId="77777777" w:rsidR="007D10B8" w:rsidRDefault="00000000">
            <w:r>
              <w:t>Pupil Name</w:t>
            </w:r>
          </w:p>
        </w:tc>
        <w:tc>
          <w:tcPr>
            <w:tcW w:w="1234" w:type="dxa"/>
          </w:tcPr>
          <w:p w14:paraId="5B62E544" w14:textId="77777777" w:rsidR="007D10B8" w:rsidRDefault="00000000">
            <w:r>
              <w:t>Paid £1 ✔</w:t>
            </w:r>
          </w:p>
        </w:tc>
        <w:tc>
          <w:tcPr>
            <w:tcW w:w="1234" w:type="dxa"/>
          </w:tcPr>
          <w:p w14:paraId="7C024FFF" w14:textId="77777777" w:rsidR="007D10B8" w:rsidRDefault="00000000">
            <w:r>
              <w:t>Swim 1 (m / widths / lengths)</w:t>
            </w:r>
          </w:p>
        </w:tc>
        <w:tc>
          <w:tcPr>
            <w:tcW w:w="1234" w:type="dxa"/>
          </w:tcPr>
          <w:p w14:paraId="7FC3D1DC" w14:textId="77777777" w:rsidR="007D10B8" w:rsidRDefault="00000000">
            <w:r>
              <w:t>Swim 2 (m / widths / lengths)</w:t>
            </w:r>
          </w:p>
        </w:tc>
        <w:tc>
          <w:tcPr>
            <w:tcW w:w="1234" w:type="dxa"/>
          </w:tcPr>
          <w:p w14:paraId="1656D83D" w14:textId="77777777" w:rsidR="007D10B8" w:rsidRDefault="00000000">
            <w:r>
              <w:t>Swim 3 (m / widths / lengths)</w:t>
            </w:r>
          </w:p>
        </w:tc>
        <w:tc>
          <w:tcPr>
            <w:tcW w:w="1234" w:type="dxa"/>
          </w:tcPr>
          <w:p w14:paraId="1CB2649E" w14:textId="77777777" w:rsidR="007D10B8" w:rsidRDefault="00000000">
            <w:r>
              <w:t>Total Distance</w:t>
            </w:r>
          </w:p>
        </w:tc>
      </w:tr>
      <w:tr w:rsidR="007D10B8" w14:paraId="0CC5C088" w14:textId="77777777">
        <w:trPr>
          <w:jc w:val="center"/>
        </w:trPr>
        <w:tc>
          <w:tcPr>
            <w:tcW w:w="1234" w:type="dxa"/>
          </w:tcPr>
          <w:p w14:paraId="39413C3E" w14:textId="77777777" w:rsidR="007D10B8" w:rsidRDefault="00000000">
            <w:r>
              <w:t>1</w:t>
            </w:r>
          </w:p>
        </w:tc>
        <w:tc>
          <w:tcPr>
            <w:tcW w:w="1234" w:type="dxa"/>
          </w:tcPr>
          <w:p w14:paraId="16B0DA90" w14:textId="77777777" w:rsidR="007D10B8" w:rsidRDefault="007D10B8"/>
        </w:tc>
        <w:tc>
          <w:tcPr>
            <w:tcW w:w="1234" w:type="dxa"/>
          </w:tcPr>
          <w:p w14:paraId="19BD8E19" w14:textId="77777777" w:rsidR="007D10B8" w:rsidRDefault="007D10B8"/>
        </w:tc>
        <w:tc>
          <w:tcPr>
            <w:tcW w:w="1234" w:type="dxa"/>
          </w:tcPr>
          <w:p w14:paraId="18010903" w14:textId="77777777" w:rsidR="007D10B8" w:rsidRDefault="007D10B8"/>
        </w:tc>
        <w:tc>
          <w:tcPr>
            <w:tcW w:w="1234" w:type="dxa"/>
          </w:tcPr>
          <w:p w14:paraId="7AC366D8" w14:textId="77777777" w:rsidR="007D10B8" w:rsidRDefault="007D10B8"/>
        </w:tc>
        <w:tc>
          <w:tcPr>
            <w:tcW w:w="1234" w:type="dxa"/>
          </w:tcPr>
          <w:p w14:paraId="354D537F" w14:textId="77777777" w:rsidR="007D10B8" w:rsidRDefault="007D10B8"/>
        </w:tc>
        <w:tc>
          <w:tcPr>
            <w:tcW w:w="1234" w:type="dxa"/>
          </w:tcPr>
          <w:p w14:paraId="7288FFAF" w14:textId="77777777" w:rsidR="007D10B8" w:rsidRDefault="007D10B8"/>
        </w:tc>
      </w:tr>
      <w:tr w:rsidR="007D10B8" w14:paraId="784275A3" w14:textId="77777777">
        <w:trPr>
          <w:jc w:val="center"/>
        </w:trPr>
        <w:tc>
          <w:tcPr>
            <w:tcW w:w="1234" w:type="dxa"/>
          </w:tcPr>
          <w:p w14:paraId="1977E0E0" w14:textId="77777777" w:rsidR="007D10B8" w:rsidRDefault="00000000">
            <w:r>
              <w:t>2</w:t>
            </w:r>
          </w:p>
        </w:tc>
        <w:tc>
          <w:tcPr>
            <w:tcW w:w="1234" w:type="dxa"/>
          </w:tcPr>
          <w:p w14:paraId="26FA9F15" w14:textId="77777777" w:rsidR="007D10B8" w:rsidRDefault="007D10B8"/>
        </w:tc>
        <w:tc>
          <w:tcPr>
            <w:tcW w:w="1234" w:type="dxa"/>
          </w:tcPr>
          <w:p w14:paraId="77B5BAD2" w14:textId="77777777" w:rsidR="007D10B8" w:rsidRDefault="007D10B8"/>
        </w:tc>
        <w:tc>
          <w:tcPr>
            <w:tcW w:w="1234" w:type="dxa"/>
          </w:tcPr>
          <w:p w14:paraId="11CD1476" w14:textId="77777777" w:rsidR="007D10B8" w:rsidRDefault="007D10B8"/>
        </w:tc>
        <w:tc>
          <w:tcPr>
            <w:tcW w:w="1234" w:type="dxa"/>
          </w:tcPr>
          <w:p w14:paraId="0396A440" w14:textId="77777777" w:rsidR="007D10B8" w:rsidRDefault="007D10B8"/>
        </w:tc>
        <w:tc>
          <w:tcPr>
            <w:tcW w:w="1234" w:type="dxa"/>
          </w:tcPr>
          <w:p w14:paraId="4527D343" w14:textId="77777777" w:rsidR="007D10B8" w:rsidRDefault="007D10B8"/>
        </w:tc>
        <w:tc>
          <w:tcPr>
            <w:tcW w:w="1234" w:type="dxa"/>
          </w:tcPr>
          <w:p w14:paraId="23E08B08" w14:textId="77777777" w:rsidR="007D10B8" w:rsidRDefault="007D10B8"/>
        </w:tc>
      </w:tr>
      <w:tr w:rsidR="007D10B8" w14:paraId="12ADBDDA" w14:textId="77777777">
        <w:trPr>
          <w:jc w:val="center"/>
        </w:trPr>
        <w:tc>
          <w:tcPr>
            <w:tcW w:w="1234" w:type="dxa"/>
          </w:tcPr>
          <w:p w14:paraId="28A7F636" w14:textId="77777777" w:rsidR="007D10B8" w:rsidRDefault="00000000">
            <w:r>
              <w:t>3</w:t>
            </w:r>
          </w:p>
        </w:tc>
        <w:tc>
          <w:tcPr>
            <w:tcW w:w="1234" w:type="dxa"/>
          </w:tcPr>
          <w:p w14:paraId="4E9D432B" w14:textId="77777777" w:rsidR="007D10B8" w:rsidRDefault="007D10B8"/>
        </w:tc>
        <w:tc>
          <w:tcPr>
            <w:tcW w:w="1234" w:type="dxa"/>
          </w:tcPr>
          <w:p w14:paraId="0226A264" w14:textId="77777777" w:rsidR="007D10B8" w:rsidRDefault="007D10B8"/>
        </w:tc>
        <w:tc>
          <w:tcPr>
            <w:tcW w:w="1234" w:type="dxa"/>
          </w:tcPr>
          <w:p w14:paraId="1F307AAC" w14:textId="77777777" w:rsidR="007D10B8" w:rsidRDefault="007D10B8"/>
        </w:tc>
        <w:tc>
          <w:tcPr>
            <w:tcW w:w="1234" w:type="dxa"/>
          </w:tcPr>
          <w:p w14:paraId="21DECFA3" w14:textId="77777777" w:rsidR="007D10B8" w:rsidRDefault="007D10B8"/>
        </w:tc>
        <w:tc>
          <w:tcPr>
            <w:tcW w:w="1234" w:type="dxa"/>
          </w:tcPr>
          <w:p w14:paraId="7BD05EB4" w14:textId="77777777" w:rsidR="007D10B8" w:rsidRDefault="007D10B8"/>
        </w:tc>
        <w:tc>
          <w:tcPr>
            <w:tcW w:w="1234" w:type="dxa"/>
          </w:tcPr>
          <w:p w14:paraId="03CE0BF7" w14:textId="77777777" w:rsidR="007D10B8" w:rsidRDefault="007D10B8"/>
        </w:tc>
      </w:tr>
      <w:tr w:rsidR="007D10B8" w14:paraId="3777A323" w14:textId="77777777">
        <w:trPr>
          <w:jc w:val="center"/>
        </w:trPr>
        <w:tc>
          <w:tcPr>
            <w:tcW w:w="1234" w:type="dxa"/>
          </w:tcPr>
          <w:p w14:paraId="2E5913BC" w14:textId="77777777" w:rsidR="007D10B8" w:rsidRDefault="00000000">
            <w:r>
              <w:t>4</w:t>
            </w:r>
          </w:p>
        </w:tc>
        <w:tc>
          <w:tcPr>
            <w:tcW w:w="1234" w:type="dxa"/>
          </w:tcPr>
          <w:p w14:paraId="2A56EE56" w14:textId="77777777" w:rsidR="007D10B8" w:rsidRDefault="007D10B8"/>
        </w:tc>
        <w:tc>
          <w:tcPr>
            <w:tcW w:w="1234" w:type="dxa"/>
          </w:tcPr>
          <w:p w14:paraId="64022751" w14:textId="77777777" w:rsidR="007D10B8" w:rsidRDefault="007D10B8"/>
        </w:tc>
        <w:tc>
          <w:tcPr>
            <w:tcW w:w="1234" w:type="dxa"/>
          </w:tcPr>
          <w:p w14:paraId="41AB329B" w14:textId="77777777" w:rsidR="007D10B8" w:rsidRDefault="007D10B8"/>
        </w:tc>
        <w:tc>
          <w:tcPr>
            <w:tcW w:w="1234" w:type="dxa"/>
          </w:tcPr>
          <w:p w14:paraId="5FC13887" w14:textId="77777777" w:rsidR="007D10B8" w:rsidRDefault="007D10B8"/>
        </w:tc>
        <w:tc>
          <w:tcPr>
            <w:tcW w:w="1234" w:type="dxa"/>
          </w:tcPr>
          <w:p w14:paraId="12A2732E" w14:textId="77777777" w:rsidR="007D10B8" w:rsidRDefault="007D10B8"/>
        </w:tc>
        <w:tc>
          <w:tcPr>
            <w:tcW w:w="1234" w:type="dxa"/>
          </w:tcPr>
          <w:p w14:paraId="7D2960E8" w14:textId="77777777" w:rsidR="007D10B8" w:rsidRDefault="007D10B8"/>
        </w:tc>
      </w:tr>
      <w:tr w:rsidR="007D10B8" w14:paraId="114DFB61" w14:textId="77777777">
        <w:trPr>
          <w:jc w:val="center"/>
        </w:trPr>
        <w:tc>
          <w:tcPr>
            <w:tcW w:w="1234" w:type="dxa"/>
          </w:tcPr>
          <w:p w14:paraId="03BA3D20" w14:textId="77777777" w:rsidR="007D10B8" w:rsidRDefault="00000000">
            <w:r>
              <w:t>5</w:t>
            </w:r>
          </w:p>
        </w:tc>
        <w:tc>
          <w:tcPr>
            <w:tcW w:w="1234" w:type="dxa"/>
          </w:tcPr>
          <w:p w14:paraId="1AC7AC13" w14:textId="77777777" w:rsidR="007D10B8" w:rsidRDefault="007D10B8"/>
        </w:tc>
        <w:tc>
          <w:tcPr>
            <w:tcW w:w="1234" w:type="dxa"/>
          </w:tcPr>
          <w:p w14:paraId="79211842" w14:textId="77777777" w:rsidR="007D10B8" w:rsidRDefault="007D10B8"/>
        </w:tc>
        <w:tc>
          <w:tcPr>
            <w:tcW w:w="1234" w:type="dxa"/>
          </w:tcPr>
          <w:p w14:paraId="05ACA77F" w14:textId="77777777" w:rsidR="007D10B8" w:rsidRDefault="007D10B8"/>
        </w:tc>
        <w:tc>
          <w:tcPr>
            <w:tcW w:w="1234" w:type="dxa"/>
          </w:tcPr>
          <w:p w14:paraId="4BA26F01" w14:textId="77777777" w:rsidR="007D10B8" w:rsidRDefault="007D10B8"/>
        </w:tc>
        <w:tc>
          <w:tcPr>
            <w:tcW w:w="1234" w:type="dxa"/>
          </w:tcPr>
          <w:p w14:paraId="31895839" w14:textId="77777777" w:rsidR="007D10B8" w:rsidRDefault="007D10B8"/>
        </w:tc>
        <w:tc>
          <w:tcPr>
            <w:tcW w:w="1234" w:type="dxa"/>
          </w:tcPr>
          <w:p w14:paraId="7D0A5AE5" w14:textId="77777777" w:rsidR="007D10B8" w:rsidRDefault="007D10B8"/>
        </w:tc>
      </w:tr>
      <w:tr w:rsidR="007D10B8" w14:paraId="513B438A" w14:textId="77777777">
        <w:trPr>
          <w:jc w:val="center"/>
        </w:trPr>
        <w:tc>
          <w:tcPr>
            <w:tcW w:w="1234" w:type="dxa"/>
          </w:tcPr>
          <w:p w14:paraId="77B17933" w14:textId="77777777" w:rsidR="007D10B8" w:rsidRDefault="00000000">
            <w:r>
              <w:t>6</w:t>
            </w:r>
          </w:p>
        </w:tc>
        <w:tc>
          <w:tcPr>
            <w:tcW w:w="1234" w:type="dxa"/>
          </w:tcPr>
          <w:p w14:paraId="6E8385DF" w14:textId="77777777" w:rsidR="007D10B8" w:rsidRDefault="007D10B8"/>
        </w:tc>
        <w:tc>
          <w:tcPr>
            <w:tcW w:w="1234" w:type="dxa"/>
          </w:tcPr>
          <w:p w14:paraId="46B3AF07" w14:textId="77777777" w:rsidR="007D10B8" w:rsidRDefault="007D10B8"/>
        </w:tc>
        <w:tc>
          <w:tcPr>
            <w:tcW w:w="1234" w:type="dxa"/>
          </w:tcPr>
          <w:p w14:paraId="764E727C" w14:textId="77777777" w:rsidR="007D10B8" w:rsidRDefault="007D10B8"/>
        </w:tc>
        <w:tc>
          <w:tcPr>
            <w:tcW w:w="1234" w:type="dxa"/>
          </w:tcPr>
          <w:p w14:paraId="3A8B022C" w14:textId="77777777" w:rsidR="007D10B8" w:rsidRDefault="007D10B8"/>
        </w:tc>
        <w:tc>
          <w:tcPr>
            <w:tcW w:w="1234" w:type="dxa"/>
          </w:tcPr>
          <w:p w14:paraId="01DF2708" w14:textId="77777777" w:rsidR="007D10B8" w:rsidRDefault="007D10B8"/>
        </w:tc>
        <w:tc>
          <w:tcPr>
            <w:tcW w:w="1234" w:type="dxa"/>
          </w:tcPr>
          <w:p w14:paraId="68E91799" w14:textId="77777777" w:rsidR="007D10B8" w:rsidRDefault="007D10B8"/>
        </w:tc>
      </w:tr>
      <w:tr w:rsidR="007D10B8" w14:paraId="12F0D3F4" w14:textId="77777777">
        <w:trPr>
          <w:jc w:val="center"/>
        </w:trPr>
        <w:tc>
          <w:tcPr>
            <w:tcW w:w="1234" w:type="dxa"/>
          </w:tcPr>
          <w:p w14:paraId="699AF8BF" w14:textId="77777777" w:rsidR="007D10B8" w:rsidRDefault="00000000">
            <w:r>
              <w:t>7</w:t>
            </w:r>
          </w:p>
        </w:tc>
        <w:tc>
          <w:tcPr>
            <w:tcW w:w="1234" w:type="dxa"/>
          </w:tcPr>
          <w:p w14:paraId="79459BA3" w14:textId="77777777" w:rsidR="007D10B8" w:rsidRDefault="007D10B8"/>
        </w:tc>
        <w:tc>
          <w:tcPr>
            <w:tcW w:w="1234" w:type="dxa"/>
          </w:tcPr>
          <w:p w14:paraId="7E70BDC3" w14:textId="77777777" w:rsidR="007D10B8" w:rsidRDefault="007D10B8"/>
        </w:tc>
        <w:tc>
          <w:tcPr>
            <w:tcW w:w="1234" w:type="dxa"/>
          </w:tcPr>
          <w:p w14:paraId="462CE44A" w14:textId="77777777" w:rsidR="007D10B8" w:rsidRDefault="007D10B8"/>
        </w:tc>
        <w:tc>
          <w:tcPr>
            <w:tcW w:w="1234" w:type="dxa"/>
          </w:tcPr>
          <w:p w14:paraId="433ECDDD" w14:textId="77777777" w:rsidR="007D10B8" w:rsidRDefault="007D10B8"/>
        </w:tc>
        <w:tc>
          <w:tcPr>
            <w:tcW w:w="1234" w:type="dxa"/>
          </w:tcPr>
          <w:p w14:paraId="5B6C6F1A" w14:textId="77777777" w:rsidR="007D10B8" w:rsidRDefault="007D10B8"/>
        </w:tc>
        <w:tc>
          <w:tcPr>
            <w:tcW w:w="1234" w:type="dxa"/>
          </w:tcPr>
          <w:p w14:paraId="69EF0DC9" w14:textId="77777777" w:rsidR="007D10B8" w:rsidRDefault="007D10B8"/>
        </w:tc>
      </w:tr>
      <w:tr w:rsidR="007D10B8" w14:paraId="225B17B0" w14:textId="77777777">
        <w:trPr>
          <w:jc w:val="center"/>
        </w:trPr>
        <w:tc>
          <w:tcPr>
            <w:tcW w:w="1234" w:type="dxa"/>
          </w:tcPr>
          <w:p w14:paraId="3BFFFBC0" w14:textId="77777777" w:rsidR="007D10B8" w:rsidRDefault="00000000">
            <w:r>
              <w:t>8</w:t>
            </w:r>
          </w:p>
        </w:tc>
        <w:tc>
          <w:tcPr>
            <w:tcW w:w="1234" w:type="dxa"/>
          </w:tcPr>
          <w:p w14:paraId="6669D2DC" w14:textId="77777777" w:rsidR="007D10B8" w:rsidRDefault="007D10B8"/>
        </w:tc>
        <w:tc>
          <w:tcPr>
            <w:tcW w:w="1234" w:type="dxa"/>
          </w:tcPr>
          <w:p w14:paraId="04CB2129" w14:textId="77777777" w:rsidR="007D10B8" w:rsidRDefault="007D10B8"/>
        </w:tc>
        <w:tc>
          <w:tcPr>
            <w:tcW w:w="1234" w:type="dxa"/>
          </w:tcPr>
          <w:p w14:paraId="7FC3D032" w14:textId="77777777" w:rsidR="007D10B8" w:rsidRDefault="007D10B8"/>
        </w:tc>
        <w:tc>
          <w:tcPr>
            <w:tcW w:w="1234" w:type="dxa"/>
          </w:tcPr>
          <w:p w14:paraId="1617181C" w14:textId="77777777" w:rsidR="007D10B8" w:rsidRDefault="007D10B8"/>
        </w:tc>
        <w:tc>
          <w:tcPr>
            <w:tcW w:w="1234" w:type="dxa"/>
          </w:tcPr>
          <w:p w14:paraId="0F04AD16" w14:textId="77777777" w:rsidR="007D10B8" w:rsidRDefault="007D10B8"/>
        </w:tc>
        <w:tc>
          <w:tcPr>
            <w:tcW w:w="1234" w:type="dxa"/>
          </w:tcPr>
          <w:p w14:paraId="4170E056" w14:textId="77777777" w:rsidR="007D10B8" w:rsidRDefault="007D10B8"/>
        </w:tc>
      </w:tr>
      <w:tr w:rsidR="007D10B8" w14:paraId="370E2530" w14:textId="77777777">
        <w:trPr>
          <w:jc w:val="center"/>
        </w:trPr>
        <w:tc>
          <w:tcPr>
            <w:tcW w:w="1234" w:type="dxa"/>
          </w:tcPr>
          <w:p w14:paraId="1BA8899D" w14:textId="77777777" w:rsidR="007D10B8" w:rsidRDefault="00000000">
            <w:r>
              <w:t>9</w:t>
            </w:r>
          </w:p>
        </w:tc>
        <w:tc>
          <w:tcPr>
            <w:tcW w:w="1234" w:type="dxa"/>
          </w:tcPr>
          <w:p w14:paraId="2BB41B3C" w14:textId="77777777" w:rsidR="007D10B8" w:rsidRDefault="007D10B8"/>
        </w:tc>
        <w:tc>
          <w:tcPr>
            <w:tcW w:w="1234" w:type="dxa"/>
          </w:tcPr>
          <w:p w14:paraId="3785A669" w14:textId="77777777" w:rsidR="007D10B8" w:rsidRDefault="007D10B8"/>
        </w:tc>
        <w:tc>
          <w:tcPr>
            <w:tcW w:w="1234" w:type="dxa"/>
          </w:tcPr>
          <w:p w14:paraId="1D4DED47" w14:textId="77777777" w:rsidR="007D10B8" w:rsidRDefault="007D10B8"/>
        </w:tc>
        <w:tc>
          <w:tcPr>
            <w:tcW w:w="1234" w:type="dxa"/>
          </w:tcPr>
          <w:p w14:paraId="51947C2E" w14:textId="77777777" w:rsidR="007D10B8" w:rsidRDefault="007D10B8"/>
        </w:tc>
        <w:tc>
          <w:tcPr>
            <w:tcW w:w="1234" w:type="dxa"/>
          </w:tcPr>
          <w:p w14:paraId="486CE42D" w14:textId="77777777" w:rsidR="007D10B8" w:rsidRDefault="007D10B8"/>
        </w:tc>
        <w:tc>
          <w:tcPr>
            <w:tcW w:w="1234" w:type="dxa"/>
          </w:tcPr>
          <w:p w14:paraId="147A68AB" w14:textId="77777777" w:rsidR="007D10B8" w:rsidRDefault="007D10B8"/>
        </w:tc>
      </w:tr>
      <w:tr w:rsidR="007D10B8" w14:paraId="77A968A5" w14:textId="77777777">
        <w:trPr>
          <w:jc w:val="center"/>
        </w:trPr>
        <w:tc>
          <w:tcPr>
            <w:tcW w:w="1234" w:type="dxa"/>
          </w:tcPr>
          <w:p w14:paraId="34B57DB4" w14:textId="77777777" w:rsidR="007D10B8" w:rsidRDefault="00000000">
            <w:r>
              <w:t>10</w:t>
            </w:r>
          </w:p>
        </w:tc>
        <w:tc>
          <w:tcPr>
            <w:tcW w:w="1234" w:type="dxa"/>
          </w:tcPr>
          <w:p w14:paraId="31A41F02" w14:textId="77777777" w:rsidR="007D10B8" w:rsidRDefault="007D10B8"/>
        </w:tc>
        <w:tc>
          <w:tcPr>
            <w:tcW w:w="1234" w:type="dxa"/>
          </w:tcPr>
          <w:p w14:paraId="0046678C" w14:textId="77777777" w:rsidR="007D10B8" w:rsidRDefault="007D10B8"/>
        </w:tc>
        <w:tc>
          <w:tcPr>
            <w:tcW w:w="1234" w:type="dxa"/>
          </w:tcPr>
          <w:p w14:paraId="27FF14D7" w14:textId="77777777" w:rsidR="007D10B8" w:rsidRDefault="007D10B8"/>
        </w:tc>
        <w:tc>
          <w:tcPr>
            <w:tcW w:w="1234" w:type="dxa"/>
          </w:tcPr>
          <w:p w14:paraId="7FCF51AC" w14:textId="77777777" w:rsidR="007D10B8" w:rsidRDefault="007D10B8"/>
        </w:tc>
        <w:tc>
          <w:tcPr>
            <w:tcW w:w="1234" w:type="dxa"/>
          </w:tcPr>
          <w:p w14:paraId="4F7D2C58" w14:textId="77777777" w:rsidR="007D10B8" w:rsidRDefault="007D10B8"/>
        </w:tc>
        <w:tc>
          <w:tcPr>
            <w:tcW w:w="1234" w:type="dxa"/>
          </w:tcPr>
          <w:p w14:paraId="101B055D" w14:textId="77777777" w:rsidR="007D10B8" w:rsidRDefault="007D10B8"/>
        </w:tc>
      </w:tr>
      <w:tr w:rsidR="007D10B8" w14:paraId="6CD6080D" w14:textId="77777777">
        <w:trPr>
          <w:jc w:val="center"/>
        </w:trPr>
        <w:tc>
          <w:tcPr>
            <w:tcW w:w="1234" w:type="dxa"/>
          </w:tcPr>
          <w:p w14:paraId="3920740F" w14:textId="77777777" w:rsidR="007D10B8" w:rsidRDefault="00000000">
            <w:r>
              <w:t>11</w:t>
            </w:r>
          </w:p>
        </w:tc>
        <w:tc>
          <w:tcPr>
            <w:tcW w:w="1234" w:type="dxa"/>
          </w:tcPr>
          <w:p w14:paraId="2D112F81" w14:textId="77777777" w:rsidR="007D10B8" w:rsidRDefault="007D10B8"/>
        </w:tc>
        <w:tc>
          <w:tcPr>
            <w:tcW w:w="1234" w:type="dxa"/>
          </w:tcPr>
          <w:p w14:paraId="0758295B" w14:textId="77777777" w:rsidR="007D10B8" w:rsidRDefault="007D10B8"/>
        </w:tc>
        <w:tc>
          <w:tcPr>
            <w:tcW w:w="1234" w:type="dxa"/>
          </w:tcPr>
          <w:p w14:paraId="5C373218" w14:textId="77777777" w:rsidR="007D10B8" w:rsidRDefault="007D10B8"/>
        </w:tc>
        <w:tc>
          <w:tcPr>
            <w:tcW w:w="1234" w:type="dxa"/>
          </w:tcPr>
          <w:p w14:paraId="4C8998BC" w14:textId="77777777" w:rsidR="007D10B8" w:rsidRDefault="007D10B8"/>
        </w:tc>
        <w:tc>
          <w:tcPr>
            <w:tcW w:w="1234" w:type="dxa"/>
          </w:tcPr>
          <w:p w14:paraId="55B55237" w14:textId="77777777" w:rsidR="007D10B8" w:rsidRDefault="007D10B8"/>
        </w:tc>
        <w:tc>
          <w:tcPr>
            <w:tcW w:w="1234" w:type="dxa"/>
          </w:tcPr>
          <w:p w14:paraId="281FF3BB" w14:textId="77777777" w:rsidR="007D10B8" w:rsidRDefault="007D10B8"/>
        </w:tc>
      </w:tr>
      <w:tr w:rsidR="007D10B8" w14:paraId="017E2DD8" w14:textId="77777777">
        <w:trPr>
          <w:jc w:val="center"/>
        </w:trPr>
        <w:tc>
          <w:tcPr>
            <w:tcW w:w="1234" w:type="dxa"/>
          </w:tcPr>
          <w:p w14:paraId="69FFC09F" w14:textId="77777777" w:rsidR="007D10B8" w:rsidRDefault="00000000">
            <w:r>
              <w:t>12</w:t>
            </w:r>
          </w:p>
        </w:tc>
        <w:tc>
          <w:tcPr>
            <w:tcW w:w="1234" w:type="dxa"/>
          </w:tcPr>
          <w:p w14:paraId="138D952A" w14:textId="77777777" w:rsidR="007D10B8" w:rsidRDefault="007D10B8"/>
        </w:tc>
        <w:tc>
          <w:tcPr>
            <w:tcW w:w="1234" w:type="dxa"/>
          </w:tcPr>
          <w:p w14:paraId="39A03A55" w14:textId="77777777" w:rsidR="007D10B8" w:rsidRDefault="007D10B8"/>
        </w:tc>
        <w:tc>
          <w:tcPr>
            <w:tcW w:w="1234" w:type="dxa"/>
          </w:tcPr>
          <w:p w14:paraId="52EAB30F" w14:textId="77777777" w:rsidR="007D10B8" w:rsidRDefault="007D10B8"/>
        </w:tc>
        <w:tc>
          <w:tcPr>
            <w:tcW w:w="1234" w:type="dxa"/>
          </w:tcPr>
          <w:p w14:paraId="10E41AAC" w14:textId="77777777" w:rsidR="007D10B8" w:rsidRDefault="007D10B8"/>
        </w:tc>
        <w:tc>
          <w:tcPr>
            <w:tcW w:w="1234" w:type="dxa"/>
          </w:tcPr>
          <w:p w14:paraId="19DFF242" w14:textId="77777777" w:rsidR="007D10B8" w:rsidRDefault="007D10B8"/>
        </w:tc>
        <w:tc>
          <w:tcPr>
            <w:tcW w:w="1234" w:type="dxa"/>
          </w:tcPr>
          <w:p w14:paraId="3F5D832D" w14:textId="77777777" w:rsidR="007D10B8" w:rsidRDefault="007D10B8"/>
        </w:tc>
      </w:tr>
      <w:tr w:rsidR="007D10B8" w14:paraId="1C7CC604" w14:textId="77777777">
        <w:trPr>
          <w:jc w:val="center"/>
        </w:trPr>
        <w:tc>
          <w:tcPr>
            <w:tcW w:w="1234" w:type="dxa"/>
          </w:tcPr>
          <w:p w14:paraId="60B1586F" w14:textId="77777777" w:rsidR="007D10B8" w:rsidRDefault="00000000">
            <w:r>
              <w:t>13</w:t>
            </w:r>
          </w:p>
        </w:tc>
        <w:tc>
          <w:tcPr>
            <w:tcW w:w="1234" w:type="dxa"/>
          </w:tcPr>
          <w:p w14:paraId="0E9A9789" w14:textId="77777777" w:rsidR="007D10B8" w:rsidRDefault="007D10B8"/>
        </w:tc>
        <w:tc>
          <w:tcPr>
            <w:tcW w:w="1234" w:type="dxa"/>
          </w:tcPr>
          <w:p w14:paraId="5BB40F5A" w14:textId="77777777" w:rsidR="007D10B8" w:rsidRDefault="007D10B8"/>
        </w:tc>
        <w:tc>
          <w:tcPr>
            <w:tcW w:w="1234" w:type="dxa"/>
          </w:tcPr>
          <w:p w14:paraId="25BDCC75" w14:textId="77777777" w:rsidR="007D10B8" w:rsidRDefault="007D10B8"/>
        </w:tc>
        <w:tc>
          <w:tcPr>
            <w:tcW w:w="1234" w:type="dxa"/>
          </w:tcPr>
          <w:p w14:paraId="7D597965" w14:textId="77777777" w:rsidR="007D10B8" w:rsidRDefault="007D10B8"/>
        </w:tc>
        <w:tc>
          <w:tcPr>
            <w:tcW w:w="1234" w:type="dxa"/>
          </w:tcPr>
          <w:p w14:paraId="6C93102C" w14:textId="77777777" w:rsidR="007D10B8" w:rsidRDefault="007D10B8"/>
        </w:tc>
        <w:tc>
          <w:tcPr>
            <w:tcW w:w="1234" w:type="dxa"/>
          </w:tcPr>
          <w:p w14:paraId="60E06B2F" w14:textId="77777777" w:rsidR="007D10B8" w:rsidRDefault="007D10B8"/>
        </w:tc>
      </w:tr>
      <w:tr w:rsidR="007D10B8" w14:paraId="02B8CFD7" w14:textId="77777777">
        <w:trPr>
          <w:jc w:val="center"/>
        </w:trPr>
        <w:tc>
          <w:tcPr>
            <w:tcW w:w="1234" w:type="dxa"/>
          </w:tcPr>
          <w:p w14:paraId="79C5360E" w14:textId="77777777" w:rsidR="007D10B8" w:rsidRDefault="00000000">
            <w:r>
              <w:t>14</w:t>
            </w:r>
          </w:p>
        </w:tc>
        <w:tc>
          <w:tcPr>
            <w:tcW w:w="1234" w:type="dxa"/>
          </w:tcPr>
          <w:p w14:paraId="1DB7B68B" w14:textId="77777777" w:rsidR="007D10B8" w:rsidRDefault="007D10B8"/>
        </w:tc>
        <w:tc>
          <w:tcPr>
            <w:tcW w:w="1234" w:type="dxa"/>
          </w:tcPr>
          <w:p w14:paraId="2BE2A4ED" w14:textId="77777777" w:rsidR="007D10B8" w:rsidRDefault="007D10B8"/>
        </w:tc>
        <w:tc>
          <w:tcPr>
            <w:tcW w:w="1234" w:type="dxa"/>
          </w:tcPr>
          <w:p w14:paraId="30DDD4F1" w14:textId="77777777" w:rsidR="007D10B8" w:rsidRDefault="007D10B8"/>
        </w:tc>
        <w:tc>
          <w:tcPr>
            <w:tcW w:w="1234" w:type="dxa"/>
          </w:tcPr>
          <w:p w14:paraId="493EE7E9" w14:textId="77777777" w:rsidR="007D10B8" w:rsidRDefault="007D10B8"/>
        </w:tc>
        <w:tc>
          <w:tcPr>
            <w:tcW w:w="1234" w:type="dxa"/>
          </w:tcPr>
          <w:p w14:paraId="0D539EA1" w14:textId="77777777" w:rsidR="007D10B8" w:rsidRDefault="007D10B8"/>
        </w:tc>
        <w:tc>
          <w:tcPr>
            <w:tcW w:w="1234" w:type="dxa"/>
          </w:tcPr>
          <w:p w14:paraId="5BF936D1" w14:textId="77777777" w:rsidR="007D10B8" w:rsidRDefault="007D10B8"/>
        </w:tc>
      </w:tr>
      <w:tr w:rsidR="007D10B8" w14:paraId="6DCB250C" w14:textId="77777777">
        <w:trPr>
          <w:jc w:val="center"/>
        </w:trPr>
        <w:tc>
          <w:tcPr>
            <w:tcW w:w="1234" w:type="dxa"/>
          </w:tcPr>
          <w:p w14:paraId="070A0B67" w14:textId="77777777" w:rsidR="007D10B8" w:rsidRDefault="00000000">
            <w:r>
              <w:t>15</w:t>
            </w:r>
          </w:p>
        </w:tc>
        <w:tc>
          <w:tcPr>
            <w:tcW w:w="1234" w:type="dxa"/>
          </w:tcPr>
          <w:p w14:paraId="27642CEA" w14:textId="77777777" w:rsidR="007D10B8" w:rsidRDefault="007D10B8"/>
        </w:tc>
        <w:tc>
          <w:tcPr>
            <w:tcW w:w="1234" w:type="dxa"/>
          </w:tcPr>
          <w:p w14:paraId="491BC3D9" w14:textId="77777777" w:rsidR="007D10B8" w:rsidRDefault="007D10B8"/>
        </w:tc>
        <w:tc>
          <w:tcPr>
            <w:tcW w:w="1234" w:type="dxa"/>
          </w:tcPr>
          <w:p w14:paraId="493524ED" w14:textId="77777777" w:rsidR="007D10B8" w:rsidRDefault="007D10B8"/>
        </w:tc>
        <w:tc>
          <w:tcPr>
            <w:tcW w:w="1234" w:type="dxa"/>
          </w:tcPr>
          <w:p w14:paraId="16D66607" w14:textId="77777777" w:rsidR="007D10B8" w:rsidRDefault="007D10B8"/>
        </w:tc>
        <w:tc>
          <w:tcPr>
            <w:tcW w:w="1234" w:type="dxa"/>
          </w:tcPr>
          <w:p w14:paraId="3A14CA6C" w14:textId="77777777" w:rsidR="007D10B8" w:rsidRDefault="007D10B8"/>
        </w:tc>
        <w:tc>
          <w:tcPr>
            <w:tcW w:w="1234" w:type="dxa"/>
          </w:tcPr>
          <w:p w14:paraId="4AA66DB2" w14:textId="77777777" w:rsidR="007D10B8" w:rsidRDefault="007D10B8"/>
        </w:tc>
      </w:tr>
      <w:tr w:rsidR="007D10B8" w14:paraId="7B11D997" w14:textId="77777777">
        <w:trPr>
          <w:jc w:val="center"/>
        </w:trPr>
        <w:tc>
          <w:tcPr>
            <w:tcW w:w="1234" w:type="dxa"/>
          </w:tcPr>
          <w:p w14:paraId="25591FF8" w14:textId="77777777" w:rsidR="007D10B8" w:rsidRDefault="00000000">
            <w:r>
              <w:t>16</w:t>
            </w:r>
          </w:p>
        </w:tc>
        <w:tc>
          <w:tcPr>
            <w:tcW w:w="1234" w:type="dxa"/>
          </w:tcPr>
          <w:p w14:paraId="672C2211" w14:textId="77777777" w:rsidR="007D10B8" w:rsidRDefault="007D10B8"/>
        </w:tc>
        <w:tc>
          <w:tcPr>
            <w:tcW w:w="1234" w:type="dxa"/>
          </w:tcPr>
          <w:p w14:paraId="2323D020" w14:textId="77777777" w:rsidR="007D10B8" w:rsidRDefault="007D10B8"/>
        </w:tc>
        <w:tc>
          <w:tcPr>
            <w:tcW w:w="1234" w:type="dxa"/>
          </w:tcPr>
          <w:p w14:paraId="2FF42F52" w14:textId="77777777" w:rsidR="007D10B8" w:rsidRDefault="007D10B8"/>
        </w:tc>
        <w:tc>
          <w:tcPr>
            <w:tcW w:w="1234" w:type="dxa"/>
          </w:tcPr>
          <w:p w14:paraId="45C83282" w14:textId="77777777" w:rsidR="007D10B8" w:rsidRDefault="007D10B8"/>
        </w:tc>
        <w:tc>
          <w:tcPr>
            <w:tcW w:w="1234" w:type="dxa"/>
          </w:tcPr>
          <w:p w14:paraId="2C467746" w14:textId="77777777" w:rsidR="007D10B8" w:rsidRDefault="007D10B8"/>
        </w:tc>
        <w:tc>
          <w:tcPr>
            <w:tcW w:w="1234" w:type="dxa"/>
          </w:tcPr>
          <w:p w14:paraId="265A8E4D" w14:textId="77777777" w:rsidR="007D10B8" w:rsidRDefault="007D10B8"/>
        </w:tc>
      </w:tr>
      <w:tr w:rsidR="007D10B8" w14:paraId="6B705D50" w14:textId="77777777">
        <w:trPr>
          <w:jc w:val="center"/>
        </w:trPr>
        <w:tc>
          <w:tcPr>
            <w:tcW w:w="1234" w:type="dxa"/>
          </w:tcPr>
          <w:p w14:paraId="76D569D7" w14:textId="77777777" w:rsidR="007D10B8" w:rsidRDefault="00000000">
            <w:r>
              <w:t>17</w:t>
            </w:r>
          </w:p>
        </w:tc>
        <w:tc>
          <w:tcPr>
            <w:tcW w:w="1234" w:type="dxa"/>
          </w:tcPr>
          <w:p w14:paraId="744A6433" w14:textId="77777777" w:rsidR="007D10B8" w:rsidRDefault="007D10B8"/>
        </w:tc>
        <w:tc>
          <w:tcPr>
            <w:tcW w:w="1234" w:type="dxa"/>
          </w:tcPr>
          <w:p w14:paraId="64F2E58C" w14:textId="77777777" w:rsidR="007D10B8" w:rsidRDefault="007D10B8"/>
        </w:tc>
        <w:tc>
          <w:tcPr>
            <w:tcW w:w="1234" w:type="dxa"/>
          </w:tcPr>
          <w:p w14:paraId="555D10C9" w14:textId="77777777" w:rsidR="007D10B8" w:rsidRDefault="007D10B8"/>
        </w:tc>
        <w:tc>
          <w:tcPr>
            <w:tcW w:w="1234" w:type="dxa"/>
          </w:tcPr>
          <w:p w14:paraId="6E59E28E" w14:textId="77777777" w:rsidR="007D10B8" w:rsidRDefault="007D10B8"/>
        </w:tc>
        <w:tc>
          <w:tcPr>
            <w:tcW w:w="1234" w:type="dxa"/>
          </w:tcPr>
          <w:p w14:paraId="0955653D" w14:textId="77777777" w:rsidR="007D10B8" w:rsidRDefault="007D10B8"/>
        </w:tc>
        <w:tc>
          <w:tcPr>
            <w:tcW w:w="1234" w:type="dxa"/>
          </w:tcPr>
          <w:p w14:paraId="2C198E2F" w14:textId="77777777" w:rsidR="007D10B8" w:rsidRDefault="007D10B8"/>
        </w:tc>
      </w:tr>
      <w:tr w:rsidR="007D10B8" w14:paraId="5FE1FFE0" w14:textId="77777777">
        <w:trPr>
          <w:jc w:val="center"/>
        </w:trPr>
        <w:tc>
          <w:tcPr>
            <w:tcW w:w="1234" w:type="dxa"/>
          </w:tcPr>
          <w:p w14:paraId="50B8C7C3" w14:textId="77777777" w:rsidR="007D10B8" w:rsidRDefault="00000000">
            <w:r>
              <w:t>18</w:t>
            </w:r>
          </w:p>
        </w:tc>
        <w:tc>
          <w:tcPr>
            <w:tcW w:w="1234" w:type="dxa"/>
          </w:tcPr>
          <w:p w14:paraId="5BD46DDD" w14:textId="77777777" w:rsidR="007D10B8" w:rsidRDefault="007D10B8"/>
        </w:tc>
        <w:tc>
          <w:tcPr>
            <w:tcW w:w="1234" w:type="dxa"/>
          </w:tcPr>
          <w:p w14:paraId="7F8791F2" w14:textId="77777777" w:rsidR="007D10B8" w:rsidRDefault="007D10B8"/>
        </w:tc>
        <w:tc>
          <w:tcPr>
            <w:tcW w:w="1234" w:type="dxa"/>
          </w:tcPr>
          <w:p w14:paraId="0EF6E8E1" w14:textId="77777777" w:rsidR="007D10B8" w:rsidRDefault="007D10B8"/>
        </w:tc>
        <w:tc>
          <w:tcPr>
            <w:tcW w:w="1234" w:type="dxa"/>
          </w:tcPr>
          <w:p w14:paraId="3150ABDF" w14:textId="77777777" w:rsidR="007D10B8" w:rsidRDefault="007D10B8"/>
        </w:tc>
        <w:tc>
          <w:tcPr>
            <w:tcW w:w="1234" w:type="dxa"/>
          </w:tcPr>
          <w:p w14:paraId="7EDE6353" w14:textId="77777777" w:rsidR="007D10B8" w:rsidRDefault="007D10B8"/>
        </w:tc>
        <w:tc>
          <w:tcPr>
            <w:tcW w:w="1234" w:type="dxa"/>
          </w:tcPr>
          <w:p w14:paraId="349554C6" w14:textId="77777777" w:rsidR="007D10B8" w:rsidRDefault="007D10B8"/>
        </w:tc>
      </w:tr>
      <w:tr w:rsidR="007D10B8" w14:paraId="6FE05F35" w14:textId="77777777">
        <w:trPr>
          <w:jc w:val="center"/>
        </w:trPr>
        <w:tc>
          <w:tcPr>
            <w:tcW w:w="1234" w:type="dxa"/>
          </w:tcPr>
          <w:p w14:paraId="7C222D4E" w14:textId="77777777" w:rsidR="007D10B8" w:rsidRDefault="00000000">
            <w:r>
              <w:t>19</w:t>
            </w:r>
          </w:p>
        </w:tc>
        <w:tc>
          <w:tcPr>
            <w:tcW w:w="1234" w:type="dxa"/>
          </w:tcPr>
          <w:p w14:paraId="46310FFB" w14:textId="77777777" w:rsidR="007D10B8" w:rsidRDefault="007D10B8"/>
        </w:tc>
        <w:tc>
          <w:tcPr>
            <w:tcW w:w="1234" w:type="dxa"/>
          </w:tcPr>
          <w:p w14:paraId="633EF9C1" w14:textId="77777777" w:rsidR="007D10B8" w:rsidRDefault="007D10B8"/>
        </w:tc>
        <w:tc>
          <w:tcPr>
            <w:tcW w:w="1234" w:type="dxa"/>
          </w:tcPr>
          <w:p w14:paraId="02005EB2" w14:textId="77777777" w:rsidR="007D10B8" w:rsidRDefault="007D10B8"/>
        </w:tc>
        <w:tc>
          <w:tcPr>
            <w:tcW w:w="1234" w:type="dxa"/>
          </w:tcPr>
          <w:p w14:paraId="633D969F" w14:textId="77777777" w:rsidR="007D10B8" w:rsidRDefault="007D10B8"/>
        </w:tc>
        <w:tc>
          <w:tcPr>
            <w:tcW w:w="1234" w:type="dxa"/>
          </w:tcPr>
          <w:p w14:paraId="4CC8484D" w14:textId="77777777" w:rsidR="007D10B8" w:rsidRDefault="007D10B8"/>
        </w:tc>
        <w:tc>
          <w:tcPr>
            <w:tcW w:w="1234" w:type="dxa"/>
          </w:tcPr>
          <w:p w14:paraId="3A8A8A17" w14:textId="77777777" w:rsidR="007D10B8" w:rsidRDefault="007D10B8"/>
        </w:tc>
      </w:tr>
      <w:tr w:rsidR="007D10B8" w14:paraId="77265707" w14:textId="77777777">
        <w:trPr>
          <w:jc w:val="center"/>
        </w:trPr>
        <w:tc>
          <w:tcPr>
            <w:tcW w:w="1234" w:type="dxa"/>
          </w:tcPr>
          <w:p w14:paraId="0DB15FB4" w14:textId="77777777" w:rsidR="007D10B8" w:rsidRDefault="00000000">
            <w:r>
              <w:t>20</w:t>
            </w:r>
          </w:p>
        </w:tc>
        <w:tc>
          <w:tcPr>
            <w:tcW w:w="1234" w:type="dxa"/>
          </w:tcPr>
          <w:p w14:paraId="68B14226" w14:textId="77777777" w:rsidR="007D10B8" w:rsidRDefault="007D10B8"/>
        </w:tc>
        <w:tc>
          <w:tcPr>
            <w:tcW w:w="1234" w:type="dxa"/>
          </w:tcPr>
          <w:p w14:paraId="734389C3" w14:textId="77777777" w:rsidR="007D10B8" w:rsidRDefault="007D10B8"/>
        </w:tc>
        <w:tc>
          <w:tcPr>
            <w:tcW w:w="1234" w:type="dxa"/>
          </w:tcPr>
          <w:p w14:paraId="0108F581" w14:textId="77777777" w:rsidR="007D10B8" w:rsidRDefault="007D10B8"/>
        </w:tc>
        <w:tc>
          <w:tcPr>
            <w:tcW w:w="1234" w:type="dxa"/>
          </w:tcPr>
          <w:p w14:paraId="4FBF0C7C" w14:textId="77777777" w:rsidR="007D10B8" w:rsidRDefault="007D10B8"/>
        </w:tc>
        <w:tc>
          <w:tcPr>
            <w:tcW w:w="1234" w:type="dxa"/>
          </w:tcPr>
          <w:p w14:paraId="6F4EDAD8" w14:textId="77777777" w:rsidR="007D10B8" w:rsidRDefault="007D10B8"/>
        </w:tc>
        <w:tc>
          <w:tcPr>
            <w:tcW w:w="1234" w:type="dxa"/>
          </w:tcPr>
          <w:p w14:paraId="3F2E880E" w14:textId="77777777" w:rsidR="007D10B8" w:rsidRDefault="007D10B8"/>
        </w:tc>
      </w:tr>
      <w:tr w:rsidR="007D10B8" w14:paraId="4B02BABB" w14:textId="77777777">
        <w:trPr>
          <w:jc w:val="center"/>
        </w:trPr>
        <w:tc>
          <w:tcPr>
            <w:tcW w:w="1234" w:type="dxa"/>
          </w:tcPr>
          <w:p w14:paraId="14E58E7F" w14:textId="77777777" w:rsidR="007D10B8" w:rsidRDefault="00000000">
            <w:r>
              <w:t>21</w:t>
            </w:r>
          </w:p>
        </w:tc>
        <w:tc>
          <w:tcPr>
            <w:tcW w:w="1234" w:type="dxa"/>
          </w:tcPr>
          <w:p w14:paraId="459867CB" w14:textId="77777777" w:rsidR="007D10B8" w:rsidRDefault="007D10B8"/>
        </w:tc>
        <w:tc>
          <w:tcPr>
            <w:tcW w:w="1234" w:type="dxa"/>
          </w:tcPr>
          <w:p w14:paraId="02D29F6E" w14:textId="77777777" w:rsidR="007D10B8" w:rsidRDefault="007D10B8"/>
        </w:tc>
        <w:tc>
          <w:tcPr>
            <w:tcW w:w="1234" w:type="dxa"/>
          </w:tcPr>
          <w:p w14:paraId="653AF9C7" w14:textId="77777777" w:rsidR="007D10B8" w:rsidRDefault="007D10B8"/>
        </w:tc>
        <w:tc>
          <w:tcPr>
            <w:tcW w:w="1234" w:type="dxa"/>
          </w:tcPr>
          <w:p w14:paraId="228D37B1" w14:textId="77777777" w:rsidR="007D10B8" w:rsidRDefault="007D10B8"/>
        </w:tc>
        <w:tc>
          <w:tcPr>
            <w:tcW w:w="1234" w:type="dxa"/>
          </w:tcPr>
          <w:p w14:paraId="1E9E371A" w14:textId="77777777" w:rsidR="007D10B8" w:rsidRDefault="007D10B8"/>
        </w:tc>
        <w:tc>
          <w:tcPr>
            <w:tcW w:w="1234" w:type="dxa"/>
          </w:tcPr>
          <w:p w14:paraId="36B4A3F5" w14:textId="77777777" w:rsidR="007D10B8" w:rsidRDefault="007D10B8"/>
        </w:tc>
      </w:tr>
      <w:tr w:rsidR="007D10B8" w14:paraId="6DFF9CA5" w14:textId="77777777">
        <w:trPr>
          <w:jc w:val="center"/>
        </w:trPr>
        <w:tc>
          <w:tcPr>
            <w:tcW w:w="1234" w:type="dxa"/>
          </w:tcPr>
          <w:p w14:paraId="42C271C6" w14:textId="77777777" w:rsidR="007D10B8" w:rsidRDefault="00000000">
            <w:r>
              <w:t>22</w:t>
            </w:r>
          </w:p>
        </w:tc>
        <w:tc>
          <w:tcPr>
            <w:tcW w:w="1234" w:type="dxa"/>
          </w:tcPr>
          <w:p w14:paraId="38938A9A" w14:textId="77777777" w:rsidR="007D10B8" w:rsidRDefault="007D10B8"/>
        </w:tc>
        <w:tc>
          <w:tcPr>
            <w:tcW w:w="1234" w:type="dxa"/>
          </w:tcPr>
          <w:p w14:paraId="0F390F57" w14:textId="77777777" w:rsidR="007D10B8" w:rsidRDefault="007D10B8"/>
        </w:tc>
        <w:tc>
          <w:tcPr>
            <w:tcW w:w="1234" w:type="dxa"/>
          </w:tcPr>
          <w:p w14:paraId="1B0E2478" w14:textId="77777777" w:rsidR="007D10B8" w:rsidRDefault="007D10B8"/>
        </w:tc>
        <w:tc>
          <w:tcPr>
            <w:tcW w:w="1234" w:type="dxa"/>
          </w:tcPr>
          <w:p w14:paraId="0899DB5A" w14:textId="77777777" w:rsidR="007D10B8" w:rsidRDefault="007D10B8"/>
        </w:tc>
        <w:tc>
          <w:tcPr>
            <w:tcW w:w="1234" w:type="dxa"/>
          </w:tcPr>
          <w:p w14:paraId="1180B150" w14:textId="77777777" w:rsidR="007D10B8" w:rsidRDefault="007D10B8"/>
        </w:tc>
        <w:tc>
          <w:tcPr>
            <w:tcW w:w="1234" w:type="dxa"/>
          </w:tcPr>
          <w:p w14:paraId="111F0496" w14:textId="77777777" w:rsidR="007D10B8" w:rsidRDefault="007D10B8"/>
        </w:tc>
      </w:tr>
      <w:tr w:rsidR="007D10B8" w14:paraId="7DD93300" w14:textId="77777777">
        <w:trPr>
          <w:jc w:val="center"/>
        </w:trPr>
        <w:tc>
          <w:tcPr>
            <w:tcW w:w="1234" w:type="dxa"/>
          </w:tcPr>
          <w:p w14:paraId="022961F4" w14:textId="77777777" w:rsidR="007D10B8" w:rsidRDefault="00000000">
            <w:r>
              <w:t>23</w:t>
            </w:r>
          </w:p>
        </w:tc>
        <w:tc>
          <w:tcPr>
            <w:tcW w:w="1234" w:type="dxa"/>
          </w:tcPr>
          <w:p w14:paraId="089F726F" w14:textId="77777777" w:rsidR="007D10B8" w:rsidRDefault="007D10B8"/>
        </w:tc>
        <w:tc>
          <w:tcPr>
            <w:tcW w:w="1234" w:type="dxa"/>
          </w:tcPr>
          <w:p w14:paraId="67F5C6EB" w14:textId="77777777" w:rsidR="007D10B8" w:rsidRDefault="007D10B8"/>
        </w:tc>
        <w:tc>
          <w:tcPr>
            <w:tcW w:w="1234" w:type="dxa"/>
          </w:tcPr>
          <w:p w14:paraId="5ADD17DA" w14:textId="77777777" w:rsidR="007D10B8" w:rsidRDefault="007D10B8"/>
        </w:tc>
        <w:tc>
          <w:tcPr>
            <w:tcW w:w="1234" w:type="dxa"/>
          </w:tcPr>
          <w:p w14:paraId="6EE8E5BA" w14:textId="77777777" w:rsidR="007D10B8" w:rsidRDefault="007D10B8"/>
        </w:tc>
        <w:tc>
          <w:tcPr>
            <w:tcW w:w="1234" w:type="dxa"/>
          </w:tcPr>
          <w:p w14:paraId="77C2011C" w14:textId="77777777" w:rsidR="007D10B8" w:rsidRDefault="007D10B8"/>
        </w:tc>
        <w:tc>
          <w:tcPr>
            <w:tcW w:w="1234" w:type="dxa"/>
          </w:tcPr>
          <w:p w14:paraId="68B188C7" w14:textId="77777777" w:rsidR="007D10B8" w:rsidRDefault="007D10B8"/>
        </w:tc>
      </w:tr>
      <w:tr w:rsidR="007D10B8" w14:paraId="097CEB1F" w14:textId="77777777">
        <w:trPr>
          <w:jc w:val="center"/>
        </w:trPr>
        <w:tc>
          <w:tcPr>
            <w:tcW w:w="1234" w:type="dxa"/>
          </w:tcPr>
          <w:p w14:paraId="108678BF" w14:textId="77777777" w:rsidR="007D10B8" w:rsidRDefault="00000000">
            <w:r>
              <w:t>24</w:t>
            </w:r>
          </w:p>
        </w:tc>
        <w:tc>
          <w:tcPr>
            <w:tcW w:w="1234" w:type="dxa"/>
          </w:tcPr>
          <w:p w14:paraId="11D2E0AD" w14:textId="77777777" w:rsidR="007D10B8" w:rsidRDefault="007D10B8"/>
        </w:tc>
        <w:tc>
          <w:tcPr>
            <w:tcW w:w="1234" w:type="dxa"/>
          </w:tcPr>
          <w:p w14:paraId="6202038B" w14:textId="77777777" w:rsidR="007D10B8" w:rsidRDefault="007D10B8"/>
        </w:tc>
        <w:tc>
          <w:tcPr>
            <w:tcW w:w="1234" w:type="dxa"/>
          </w:tcPr>
          <w:p w14:paraId="024EDC44" w14:textId="77777777" w:rsidR="007D10B8" w:rsidRDefault="007D10B8"/>
        </w:tc>
        <w:tc>
          <w:tcPr>
            <w:tcW w:w="1234" w:type="dxa"/>
          </w:tcPr>
          <w:p w14:paraId="2664DE58" w14:textId="77777777" w:rsidR="007D10B8" w:rsidRDefault="007D10B8"/>
        </w:tc>
        <w:tc>
          <w:tcPr>
            <w:tcW w:w="1234" w:type="dxa"/>
          </w:tcPr>
          <w:p w14:paraId="06B28DF2" w14:textId="77777777" w:rsidR="007D10B8" w:rsidRDefault="007D10B8"/>
        </w:tc>
        <w:tc>
          <w:tcPr>
            <w:tcW w:w="1234" w:type="dxa"/>
          </w:tcPr>
          <w:p w14:paraId="0AFC3B55" w14:textId="77777777" w:rsidR="007D10B8" w:rsidRDefault="007D10B8"/>
        </w:tc>
      </w:tr>
      <w:tr w:rsidR="007D10B8" w14:paraId="5EA3F2EA" w14:textId="77777777">
        <w:trPr>
          <w:jc w:val="center"/>
        </w:trPr>
        <w:tc>
          <w:tcPr>
            <w:tcW w:w="1234" w:type="dxa"/>
          </w:tcPr>
          <w:p w14:paraId="1854C36E" w14:textId="77777777" w:rsidR="007D10B8" w:rsidRDefault="00000000">
            <w:r>
              <w:t>25</w:t>
            </w:r>
          </w:p>
        </w:tc>
        <w:tc>
          <w:tcPr>
            <w:tcW w:w="1234" w:type="dxa"/>
          </w:tcPr>
          <w:p w14:paraId="06DA0B29" w14:textId="77777777" w:rsidR="007D10B8" w:rsidRDefault="007D10B8"/>
        </w:tc>
        <w:tc>
          <w:tcPr>
            <w:tcW w:w="1234" w:type="dxa"/>
          </w:tcPr>
          <w:p w14:paraId="75EAE035" w14:textId="77777777" w:rsidR="007D10B8" w:rsidRDefault="007D10B8"/>
        </w:tc>
        <w:tc>
          <w:tcPr>
            <w:tcW w:w="1234" w:type="dxa"/>
          </w:tcPr>
          <w:p w14:paraId="4EA859EC" w14:textId="77777777" w:rsidR="007D10B8" w:rsidRDefault="007D10B8"/>
        </w:tc>
        <w:tc>
          <w:tcPr>
            <w:tcW w:w="1234" w:type="dxa"/>
          </w:tcPr>
          <w:p w14:paraId="2B8E9890" w14:textId="77777777" w:rsidR="007D10B8" w:rsidRDefault="007D10B8"/>
        </w:tc>
        <w:tc>
          <w:tcPr>
            <w:tcW w:w="1234" w:type="dxa"/>
          </w:tcPr>
          <w:p w14:paraId="187FA063" w14:textId="77777777" w:rsidR="007D10B8" w:rsidRDefault="007D10B8"/>
        </w:tc>
        <w:tc>
          <w:tcPr>
            <w:tcW w:w="1234" w:type="dxa"/>
          </w:tcPr>
          <w:p w14:paraId="7338A1CC" w14:textId="77777777" w:rsidR="007D10B8" w:rsidRDefault="007D10B8"/>
        </w:tc>
      </w:tr>
      <w:tr w:rsidR="007D10B8" w14:paraId="580F6799" w14:textId="77777777">
        <w:trPr>
          <w:jc w:val="center"/>
        </w:trPr>
        <w:tc>
          <w:tcPr>
            <w:tcW w:w="1234" w:type="dxa"/>
          </w:tcPr>
          <w:p w14:paraId="52AAD2BF" w14:textId="77777777" w:rsidR="007D10B8" w:rsidRDefault="00000000">
            <w:r>
              <w:t>26</w:t>
            </w:r>
          </w:p>
        </w:tc>
        <w:tc>
          <w:tcPr>
            <w:tcW w:w="1234" w:type="dxa"/>
          </w:tcPr>
          <w:p w14:paraId="7E63DE1F" w14:textId="77777777" w:rsidR="007D10B8" w:rsidRDefault="007D10B8"/>
        </w:tc>
        <w:tc>
          <w:tcPr>
            <w:tcW w:w="1234" w:type="dxa"/>
          </w:tcPr>
          <w:p w14:paraId="584D4B50" w14:textId="77777777" w:rsidR="007D10B8" w:rsidRDefault="007D10B8"/>
        </w:tc>
        <w:tc>
          <w:tcPr>
            <w:tcW w:w="1234" w:type="dxa"/>
          </w:tcPr>
          <w:p w14:paraId="284F263D" w14:textId="77777777" w:rsidR="007D10B8" w:rsidRDefault="007D10B8"/>
        </w:tc>
        <w:tc>
          <w:tcPr>
            <w:tcW w:w="1234" w:type="dxa"/>
          </w:tcPr>
          <w:p w14:paraId="7F7AB465" w14:textId="77777777" w:rsidR="007D10B8" w:rsidRDefault="007D10B8"/>
        </w:tc>
        <w:tc>
          <w:tcPr>
            <w:tcW w:w="1234" w:type="dxa"/>
          </w:tcPr>
          <w:p w14:paraId="21677669" w14:textId="77777777" w:rsidR="007D10B8" w:rsidRDefault="007D10B8"/>
        </w:tc>
        <w:tc>
          <w:tcPr>
            <w:tcW w:w="1234" w:type="dxa"/>
          </w:tcPr>
          <w:p w14:paraId="19366D64" w14:textId="77777777" w:rsidR="007D10B8" w:rsidRDefault="007D10B8"/>
        </w:tc>
      </w:tr>
      <w:tr w:rsidR="007D10B8" w14:paraId="1A70ED4B" w14:textId="77777777">
        <w:trPr>
          <w:jc w:val="center"/>
        </w:trPr>
        <w:tc>
          <w:tcPr>
            <w:tcW w:w="1234" w:type="dxa"/>
          </w:tcPr>
          <w:p w14:paraId="6206435A" w14:textId="77777777" w:rsidR="007D10B8" w:rsidRDefault="00000000">
            <w:r>
              <w:t>27</w:t>
            </w:r>
          </w:p>
        </w:tc>
        <w:tc>
          <w:tcPr>
            <w:tcW w:w="1234" w:type="dxa"/>
          </w:tcPr>
          <w:p w14:paraId="2552CDAE" w14:textId="77777777" w:rsidR="007D10B8" w:rsidRDefault="007D10B8"/>
        </w:tc>
        <w:tc>
          <w:tcPr>
            <w:tcW w:w="1234" w:type="dxa"/>
          </w:tcPr>
          <w:p w14:paraId="74A95AF5" w14:textId="77777777" w:rsidR="007D10B8" w:rsidRDefault="007D10B8"/>
        </w:tc>
        <w:tc>
          <w:tcPr>
            <w:tcW w:w="1234" w:type="dxa"/>
          </w:tcPr>
          <w:p w14:paraId="20136589" w14:textId="77777777" w:rsidR="007D10B8" w:rsidRDefault="007D10B8"/>
        </w:tc>
        <w:tc>
          <w:tcPr>
            <w:tcW w:w="1234" w:type="dxa"/>
          </w:tcPr>
          <w:p w14:paraId="232B0E6A" w14:textId="77777777" w:rsidR="007D10B8" w:rsidRDefault="007D10B8"/>
        </w:tc>
        <w:tc>
          <w:tcPr>
            <w:tcW w:w="1234" w:type="dxa"/>
          </w:tcPr>
          <w:p w14:paraId="45D4C396" w14:textId="77777777" w:rsidR="007D10B8" w:rsidRDefault="007D10B8"/>
        </w:tc>
        <w:tc>
          <w:tcPr>
            <w:tcW w:w="1234" w:type="dxa"/>
          </w:tcPr>
          <w:p w14:paraId="0E602B7C" w14:textId="77777777" w:rsidR="007D10B8" w:rsidRDefault="007D10B8"/>
        </w:tc>
      </w:tr>
      <w:tr w:rsidR="007D10B8" w14:paraId="7559EB4F" w14:textId="77777777">
        <w:trPr>
          <w:jc w:val="center"/>
        </w:trPr>
        <w:tc>
          <w:tcPr>
            <w:tcW w:w="1234" w:type="dxa"/>
          </w:tcPr>
          <w:p w14:paraId="794C2764" w14:textId="77777777" w:rsidR="007D10B8" w:rsidRDefault="00000000">
            <w:r>
              <w:t>28</w:t>
            </w:r>
          </w:p>
        </w:tc>
        <w:tc>
          <w:tcPr>
            <w:tcW w:w="1234" w:type="dxa"/>
          </w:tcPr>
          <w:p w14:paraId="79901CAA" w14:textId="77777777" w:rsidR="007D10B8" w:rsidRDefault="007D10B8"/>
        </w:tc>
        <w:tc>
          <w:tcPr>
            <w:tcW w:w="1234" w:type="dxa"/>
          </w:tcPr>
          <w:p w14:paraId="28A890FB" w14:textId="77777777" w:rsidR="007D10B8" w:rsidRDefault="007D10B8"/>
        </w:tc>
        <w:tc>
          <w:tcPr>
            <w:tcW w:w="1234" w:type="dxa"/>
          </w:tcPr>
          <w:p w14:paraId="65CEC453" w14:textId="77777777" w:rsidR="007D10B8" w:rsidRDefault="007D10B8"/>
        </w:tc>
        <w:tc>
          <w:tcPr>
            <w:tcW w:w="1234" w:type="dxa"/>
          </w:tcPr>
          <w:p w14:paraId="484E8782" w14:textId="77777777" w:rsidR="007D10B8" w:rsidRDefault="007D10B8"/>
        </w:tc>
        <w:tc>
          <w:tcPr>
            <w:tcW w:w="1234" w:type="dxa"/>
          </w:tcPr>
          <w:p w14:paraId="07B15A86" w14:textId="77777777" w:rsidR="007D10B8" w:rsidRDefault="007D10B8"/>
        </w:tc>
        <w:tc>
          <w:tcPr>
            <w:tcW w:w="1234" w:type="dxa"/>
          </w:tcPr>
          <w:p w14:paraId="39EA876B" w14:textId="77777777" w:rsidR="007D10B8" w:rsidRDefault="007D10B8"/>
        </w:tc>
      </w:tr>
      <w:tr w:rsidR="007D10B8" w14:paraId="458B999B" w14:textId="77777777">
        <w:trPr>
          <w:jc w:val="center"/>
        </w:trPr>
        <w:tc>
          <w:tcPr>
            <w:tcW w:w="1234" w:type="dxa"/>
          </w:tcPr>
          <w:p w14:paraId="15A534EE" w14:textId="77777777" w:rsidR="007D10B8" w:rsidRDefault="00000000">
            <w:r>
              <w:t>29</w:t>
            </w:r>
          </w:p>
        </w:tc>
        <w:tc>
          <w:tcPr>
            <w:tcW w:w="1234" w:type="dxa"/>
          </w:tcPr>
          <w:p w14:paraId="7DEC526B" w14:textId="77777777" w:rsidR="007D10B8" w:rsidRDefault="007D10B8"/>
        </w:tc>
        <w:tc>
          <w:tcPr>
            <w:tcW w:w="1234" w:type="dxa"/>
          </w:tcPr>
          <w:p w14:paraId="6E22C968" w14:textId="77777777" w:rsidR="007D10B8" w:rsidRDefault="007D10B8"/>
        </w:tc>
        <w:tc>
          <w:tcPr>
            <w:tcW w:w="1234" w:type="dxa"/>
          </w:tcPr>
          <w:p w14:paraId="47958268" w14:textId="77777777" w:rsidR="007D10B8" w:rsidRDefault="007D10B8"/>
        </w:tc>
        <w:tc>
          <w:tcPr>
            <w:tcW w:w="1234" w:type="dxa"/>
          </w:tcPr>
          <w:p w14:paraId="4DB8B1B6" w14:textId="77777777" w:rsidR="007D10B8" w:rsidRDefault="007D10B8"/>
        </w:tc>
        <w:tc>
          <w:tcPr>
            <w:tcW w:w="1234" w:type="dxa"/>
          </w:tcPr>
          <w:p w14:paraId="41867C77" w14:textId="77777777" w:rsidR="007D10B8" w:rsidRDefault="007D10B8"/>
        </w:tc>
        <w:tc>
          <w:tcPr>
            <w:tcW w:w="1234" w:type="dxa"/>
          </w:tcPr>
          <w:p w14:paraId="5F61C9E7" w14:textId="77777777" w:rsidR="007D10B8" w:rsidRDefault="007D10B8"/>
        </w:tc>
      </w:tr>
      <w:tr w:rsidR="007D10B8" w14:paraId="5D2F8298" w14:textId="77777777">
        <w:trPr>
          <w:jc w:val="center"/>
        </w:trPr>
        <w:tc>
          <w:tcPr>
            <w:tcW w:w="1234" w:type="dxa"/>
          </w:tcPr>
          <w:p w14:paraId="17909E5C" w14:textId="77777777" w:rsidR="007D10B8" w:rsidRDefault="00000000">
            <w:r>
              <w:t>30</w:t>
            </w:r>
          </w:p>
        </w:tc>
        <w:tc>
          <w:tcPr>
            <w:tcW w:w="1234" w:type="dxa"/>
          </w:tcPr>
          <w:p w14:paraId="2217FB1A" w14:textId="77777777" w:rsidR="007D10B8" w:rsidRDefault="007D10B8"/>
        </w:tc>
        <w:tc>
          <w:tcPr>
            <w:tcW w:w="1234" w:type="dxa"/>
          </w:tcPr>
          <w:p w14:paraId="0D08D975" w14:textId="77777777" w:rsidR="007D10B8" w:rsidRDefault="007D10B8"/>
        </w:tc>
        <w:tc>
          <w:tcPr>
            <w:tcW w:w="1234" w:type="dxa"/>
          </w:tcPr>
          <w:p w14:paraId="278B1C25" w14:textId="77777777" w:rsidR="007D10B8" w:rsidRDefault="007D10B8"/>
        </w:tc>
        <w:tc>
          <w:tcPr>
            <w:tcW w:w="1234" w:type="dxa"/>
          </w:tcPr>
          <w:p w14:paraId="1EC38B97" w14:textId="77777777" w:rsidR="007D10B8" w:rsidRDefault="007D10B8"/>
        </w:tc>
        <w:tc>
          <w:tcPr>
            <w:tcW w:w="1234" w:type="dxa"/>
          </w:tcPr>
          <w:p w14:paraId="4ECED2A8" w14:textId="77777777" w:rsidR="007D10B8" w:rsidRDefault="007D10B8"/>
        </w:tc>
        <w:tc>
          <w:tcPr>
            <w:tcW w:w="1234" w:type="dxa"/>
          </w:tcPr>
          <w:p w14:paraId="6F7456B6" w14:textId="77777777" w:rsidR="007D10B8" w:rsidRDefault="007D10B8"/>
        </w:tc>
      </w:tr>
      <w:tr w:rsidR="007D10B8" w14:paraId="519DCCED" w14:textId="77777777">
        <w:trPr>
          <w:jc w:val="center"/>
        </w:trPr>
        <w:tc>
          <w:tcPr>
            <w:tcW w:w="1234" w:type="dxa"/>
          </w:tcPr>
          <w:p w14:paraId="02B1F271" w14:textId="77777777" w:rsidR="007D10B8" w:rsidRDefault="00000000">
            <w:r>
              <w:lastRenderedPageBreak/>
              <w:t>31</w:t>
            </w:r>
          </w:p>
        </w:tc>
        <w:tc>
          <w:tcPr>
            <w:tcW w:w="1234" w:type="dxa"/>
          </w:tcPr>
          <w:p w14:paraId="7FAE77C5" w14:textId="77777777" w:rsidR="007D10B8" w:rsidRDefault="007D10B8"/>
        </w:tc>
        <w:tc>
          <w:tcPr>
            <w:tcW w:w="1234" w:type="dxa"/>
          </w:tcPr>
          <w:p w14:paraId="6335AC8A" w14:textId="77777777" w:rsidR="007D10B8" w:rsidRDefault="007D10B8"/>
        </w:tc>
        <w:tc>
          <w:tcPr>
            <w:tcW w:w="1234" w:type="dxa"/>
          </w:tcPr>
          <w:p w14:paraId="1D291129" w14:textId="77777777" w:rsidR="007D10B8" w:rsidRDefault="007D10B8"/>
        </w:tc>
        <w:tc>
          <w:tcPr>
            <w:tcW w:w="1234" w:type="dxa"/>
          </w:tcPr>
          <w:p w14:paraId="4B84225E" w14:textId="77777777" w:rsidR="007D10B8" w:rsidRDefault="007D10B8"/>
        </w:tc>
        <w:tc>
          <w:tcPr>
            <w:tcW w:w="1234" w:type="dxa"/>
          </w:tcPr>
          <w:p w14:paraId="27274D23" w14:textId="77777777" w:rsidR="007D10B8" w:rsidRDefault="007D10B8"/>
        </w:tc>
        <w:tc>
          <w:tcPr>
            <w:tcW w:w="1234" w:type="dxa"/>
          </w:tcPr>
          <w:p w14:paraId="29C6FB27" w14:textId="77777777" w:rsidR="007D10B8" w:rsidRDefault="007D10B8"/>
        </w:tc>
      </w:tr>
      <w:tr w:rsidR="007D10B8" w14:paraId="6EA064DD" w14:textId="77777777">
        <w:trPr>
          <w:jc w:val="center"/>
        </w:trPr>
        <w:tc>
          <w:tcPr>
            <w:tcW w:w="1234" w:type="dxa"/>
          </w:tcPr>
          <w:p w14:paraId="2DCB7E0F" w14:textId="77777777" w:rsidR="007D10B8" w:rsidRDefault="00000000">
            <w:r>
              <w:t>32</w:t>
            </w:r>
          </w:p>
        </w:tc>
        <w:tc>
          <w:tcPr>
            <w:tcW w:w="1234" w:type="dxa"/>
          </w:tcPr>
          <w:p w14:paraId="72AFD6BE" w14:textId="77777777" w:rsidR="007D10B8" w:rsidRDefault="007D10B8"/>
        </w:tc>
        <w:tc>
          <w:tcPr>
            <w:tcW w:w="1234" w:type="dxa"/>
          </w:tcPr>
          <w:p w14:paraId="5ECE3A4C" w14:textId="77777777" w:rsidR="007D10B8" w:rsidRDefault="007D10B8"/>
        </w:tc>
        <w:tc>
          <w:tcPr>
            <w:tcW w:w="1234" w:type="dxa"/>
          </w:tcPr>
          <w:p w14:paraId="289F5871" w14:textId="77777777" w:rsidR="007D10B8" w:rsidRDefault="007D10B8"/>
        </w:tc>
        <w:tc>
          <w:tcPr>
            <w:tcW w:w="1234" w:type="dxa"/>
          </w:tcPr>
          <w:p w14:paraId="0410B0EF" w14:textId="77777777" w:rsidR="007D10B8" w:rsidRDefault="007D10B8"/>
        </w:tc>
        <w:tc>
          <w:tcPr>
            <w:tcW w:w="1234" w:type="dxa"/>
          </w:tcPr>
          <w:p w14:paraId="0F60780D" w14:textId="77777777" w:rsidR="007D10B8" w:rsidRDefault="007D10B8"/>
        </w:tc>
        <w:tc>
          <w:tcPr>
            <w:tcW w:w="1234" w:type="dxa"/>
          </w:tcPr>
          <w:p w14:paraId="02EA392F" w14:textId="77777777" w:rsidR="007D10B8" w:rsidRDefault="007D10B8"/>
        </w:tc>
      </w:tr>
      <w:tr w:rsidR="007D10B8" w14:paraId="0F51873F" w14:textId="77777777">
        <w:trPr>
          <w:jc w:val="center"/>
        </w:trPr>
        <w:tc>
          <w:tcPr>
            <w:tcW w:w="1234" w:type="dxa"/>
          </w:tcPr>
          <w:p w14:paraId="1A4A533F" w14:textId="77777777" w:rsidR="007D10B8" w:rsidRDefault="00000000">
            <w:r>
              <w:t>33</w:t>
            </w:r>
          </w:p>
        </w:tc>
        <w:tc>
          <w:tcPr>
            <w:tcW w:w="1234" w:type="dxa"/>
          </w:tcPr>
          <w:p w14:paraId="30686417" w14:textId="77777777" w:rsidR="007D10B8" w:rsidRDefault="007D10B8"/>
        </w:tc>
        <w:tc>
          <w:tcPr>
            <w:tcW w:w="1234" w:type="dxa"/>
          </w:tcPr>
          <w:p w14:paraId="2FD495C8" w14:textId="77777777" w:rsidR="007D10B8" w:rsidRDefault="007D10B8"/>
        </w:tc>
        <w:tc>
          <w:tcPr>
            <w:tcW w:w="1234" w:type="dxa"/>
          </w:tcPr>
          <w:p w14:paraId="0982E1D1" w14:textId="77777777" w:rsidR="007D10B8" w:rsidRDefault="007D10B8"/>
        </w:tc>
        <w:tc>
          <w:tcPr>
            <w:tcW w:w="1234" w:type="dxa"/>
          </w:tcPr>
          <w:p w14:paraId="7D1DBF53" w14:textId="77777777" w:rsidR="007D10B8" w:rsidRDefault="007D10B8"/>
        </w:tc>
        <w:tc>
          <w:tcPr>
            <w:tcW w:w="1234" w:type="dxa"/>
          </w:tcPr>
          <w:p w14:paraId="7941E064" w14:textId="77777777" w:rsidR="007D10B8" w:rsidRDefault="007D10B8"/>
        </w:tc>
        <w:tc>
          <w:tcPr>
            <w:tcW w:w="1234" w:type="dxa"/>
          </w:tcPr>
          <w:p w14:paraId="6F4A454D" w14:textId="77777777" w:rsidR="007D10B8" w:rsidRDefault="007D10B8"/>
        </w:tc>
      </w:tr>
      <w:tr w:rsidR="007D10B8" w14:paraId="4B793A6D" w14:textId="77777777">
        <w:trPr>
          <w:jc w:val="center"/>
        </w:trPr>
        <w:tc>
          <w:tcPr>
            <w:tcW w:w="1234" w:type="dxa"/>
          </w:tcPr>
          <w:p w14:paraId="45BE417F" w14:textId="77777777" w:rsidR="007D10B8" w:rsidRDefault="00000000">
            <w:r>
              <w:t>34</w:t>
            </w:r>
          </w:p>
        </w:tc>
        <w:tc>
          <w:tcPr>
            <w:tcW w:w="1234" w:type="dxa"/>
          </w:tcPr>
          <w:p w14:paraId="2EE37529" w14:textId="77777777" w:rsidR="007D10B8" w:rsidRDefault="007D10B8"/>
        </w:tc>
        <w:tc>
          <w:tcPr>
            <w:tcW w:w="1234" w:type="dxa"/>
          </w:tcPr>
          <w:p w14:paraId="67127F6F" w14:textId="77777777" w:rsidR="007D10B8" w:rsidRDefault="007D10B8"/>
        </w:tc>
        <w:tc>
          <w:tcPr>
            <w:tcW w:w="1234" w:type="dxa"/>
          </w:tcPr>
          <w:p w14:paraId="4BAFA17C" w14:textId="77777777" w:rsidR="007D10B8" w:rsidRDefault="007D10B8"/>
        </w:tc>
        <w:tc>
          <w:tcPr>
            <w:tcW w:w="1234" w:type="dxa"/>
          </w:tcPr>
          <w:p w14:paraId="2BD2FBEC" w14:textId="77777777" w:rsidR="007D10B8" w:rsidRDefault="007D10B8"/>
        </w:tc>
        <w:tc>
          <w:tcPr>
            <w:tcW w:w="1234" w:type="dxa"/>
          </w:tcPr>
          <w:p w14:paraId="58175976" w14:textId="77777777" w:rsidR="007D10B8" w:rsidRDefault="007D10B8"/>
        </w:tc>
        <w:tc>
          <w:tcPr>
            <w:tcW w:w="1234" w:type="dxa"/>
          </w:tcPr>
          <w:p w14:paraId="12CFDDB6" w14:textId="77777777" w:rsidR="007D10B8" w:rsidRDefault="007D10B8"/>
        </w:tc>
      </w:tr>
      <w:tr w:rsidR="007D10B8" w14:paraId="64C80E0E" w14:textId="77777777">
        <w:trPr>
          <w:jc w:val="center"/>
        </w:trPr>
        <w:tc>
          <w:tcPr>
            <w:tcW w:w="1234" w:type="dxa"/>
          </w:tcPr>
          <w:p w14:paraId="04C340FE" w14:textId="77777777" w:rsidR="007D10B8" w:rsidRDefault="00000000">
            <w:r>
              <w:t>35</w:t>
            </w:r>
          </w:p>
        </w:tc>
        <w:tc>
          <w:tcPr>
            <w:tcW w:w="1234" w:type="dxa"/>
          </w:tcPr>
          <w:p w14:paraId="51A0F822" w14:textId="77777777" w:rsidR="007D10B8" w:rsidRDefault="007D10B8"/>
        </w:tc>
        <w:tc>
          <w:tcPr>
            <w:tcW w:w="1234" w:type="dxa"/>
          </w:tcPr>
          <w:p w14:paraId="275C2278" w14:textId="77777777" w:rsidR="007D10B8" w:rsidRDefault="007D10B8"/>
        </w:tc>
        <w:tc>
          <w:tcPr>
            <w:tcW w:w="1234" w:type="dxa"/>
          </w:tcPr>
          <w:p w14:paraId="14A32193" w14:textId="77777777" w:rsidR="007D10B8" w:rsidRDefault="007D10B8"/>
        </w:tc>
        <w:tc>
          <w:tcPr>
            <w:tcW w:w="1234" w:type="dxa"/>
          </w:tcPr>
          <w:p w14:paraId="514BBEEC" w14:textId="77777777" w:rsidR="007D10B8" w:rsidRDefault="007D10B8"/>
        </w:tc>
        <w:tc>
          <w:tcPr>
            <w:tcW w:w="1234" w:type="dxa"/>
          </w:tcPr>
          <w:p w14:paraId="61E83840" w14:textId="77777777" w:rsidR="007D10B8" w:rsidRDefault="007D10B8"/>
        </w:tc>
        <w:tc>
          <w:tcPr>
            <w:tcW w:w="1234" w:type="dxa"/>
          </w:tcPr>
          <w:p w14:paraId="24C2EB42" w14:textId="77777777" w:rsidR="007D10B8" w:rsidRDefault="007D10B8"/>
        </w:tc>
      </w:tr>
      <w:tr w:rsidR="007D10B8" w14:paraId="1F8F10D9" w14:textId="77777777">
        <w:trPr>
          <w:jc w:val="center"/>
        </w:trPr>
        <w:tc>
          <w:tcPr>
            <w:tcW w:w="1234" w:type="dxa"/>
          </w:tcPr>
          <w:p w14:paraId="69D00913" w14:textId="77777777" w:rsidR="007D10B8" w:rsidRDefault="00000000">
            <w:r>
              <w:t>36</w:t>
            </w:r>
          </w:p>
        </w:tc>
        <w:tc>
          <w:tcPr>
            <w:tcW w:w="1234" w:type="dxa"/>
          </w:tcPr>
          <w:p w14:paraId="6CF8FD82" w14:textId="77777777" w:rsidR="007D10B8" w:rsidRDefault="007D10B8"/>
        </w:tc>
        <w:tc>
          <w:tcPr>
            <w:tcW w:w="1234" w:type="dxa"/>
          </w:tcPr>
          <w:p w14:paraId="27225BBD" w14:textId="77777777" w:rsidR="007D10B8" w:rsidRDefault="007D10B8"/>
        </w:tc>
        <w:tc>
          <w:tcPr>
            <w:tcW w:w="1234" w:type="dxa"/>
          </w:tcPr>
          <w:p w14:paraId="6C2630B5" w14:textId="77777777" w:rsidR="007D10B8" w:rsidRDefault="007D10B8"/>
        </w:tc>
        <w:tc>
          <w:tcPr>
            <w:tcW w:w="1234" w:type="dxa"/>
          </w:tcPr>
          <w:p w14:paraId="102781CC" w14:textId="77777777" w:rsidR="007D10B8" w:rsidRDefault="007D10B8"/>
        </w:tc>
        <w:tc>
          <w:tcPr>
            <w:tcW w:w="1234" w:type="dxa"/>
          </w:tcPr>
          <w:p w14:paraId="56AB3444" w14:textId="77777777" w:rsidR="007D10B8" w:rsidRDefault="007D10B8"/>
        </w:tc>
        <w:tc>
          <w:tcPr>
            <w:tcW w:w="1234" w:type="dxa"/>
          </w:tcPr>
          <w:p w14:paraId="010107A6" w14:textId="77777777" w:rsidR="007D10B8" w:rsidRDefault="007D10B8"/>
        </w:tc>
      </w:tr>
    </w:tbl>
    <w:p w14:paraId="4E860862" w14:textId="77777777" w:rsidR="00000000" w:rsidRDefault="00000000"/>
    <w:p w14:paraId="29D52F90" w14:textId="77777777" w:rsidR="009906F7" w:rsidRDefault="009906F7"/>
    <w:p w14:paraId="6AE5EAD6" w14:textId="77777777" w:rsidR="009906F7" w:rsidRPr="009906F7" w:rsidRDefault="009906F7" w:rsidP="009906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en-GB"/>
        </w:rPr>
      </w:pPr>
      <w:r w:rsidRPr="009906F7">
        <w:rPr>
          <w:rFonts w:ascii="Times New Roman" w:eastAsia="Times New Roman" w:hAnsi="Times New Roman" w:cs="Times New Roman"/>
          <w:b/>
          <w:bCs/>
          <w:sz w:val="27"/>
          <w:szCs w:val="27"/>
          <w:lang w:val="en-GB" w:eastAsia="en-GB"/>
        </w:rPr>
        <w:t>Notes:</w:t>
      </w:r>
    </w:p>
    <w:p w14:paraId="116F0436" w14:textId="77777777" w:rsidR="009906F7" w:rsidRPr="009906F7" w:rsidRDefault="009906F7" w:rsidP="009906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06F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Pupils may record distance in </w:t>
      </w:r>
      <w:r w:rsidRPr="009906F7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metres, widths, or lengths</w:t>
      </w:r>
      <w:r w:rsidRPr="009906F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(circle unit used).</w:t>
      </w:r>
    </w:p>
    <w:p w14:paraId="6B0157D1" w14:textId="243F31E2" w:rsidR="009906F7" w:rsidRPr="009906F7" w:rsidRDefault="009906F7" w:rsidP="009906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06F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Totals can be calculated after Swim 3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</w:p>
    <w:p w14:paraId="2D92E2B7" w14:textId="77777777" w:rsidR="009906F7" w:rsidRPr="009906F7" w:rsidRDefault="009906F7" w:rsidP="009906F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9906F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Tick the </w:t>
      </w:r>
      <w:r w:rsidRPr="009906F7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>Paid £1</w:t>
      </w:r>
      <w:r w:rsidRPr="009906F7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column once entry fee has been received.</w:t>
      </w:r>
    </w:p>
    <w:p w14:paraId="6B85B97F" w14:textId="77777777" w:rsidR="009906F7" w:rsidRDefault="009906F7"/>
    <w:p w14:paraId="62B6CD67" w14:textId="77777777" w:rsidR="009906F7" w:rsidRDefault="009906F7"/>
    <w:sectPr w:rsidR="009906F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AE22AD8"/>
    <w:multiLevelType w:val="multilevel"/>
    <w:tmpl w:val="DA60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6345104">
    <w:abstractNumId w:val="8"/>
  </w:num>
  <w:num w:numId="2" w16cid:durableId="626593626">
    <w:abstractNumId w:val="6"/>
  </w:num>
  <w:num w:numId="3" w16cid:durableId="1496804549">
    <w:abstractNumId w:val="5"/>
  </w:num>
  <w:num w:numId="4" w16cid:durableId="1921908953">
    <w:abstractNumId w:val="4"/>
  </w:num>
  <w:num w:numId="5" w16cid:durableId="377512194">
    <w:abstractNumId w:val="7"/>
  </w:num>
  <w:num w:numId="6" w16cid:durableId="677002575">
    <w:abstractNumId w:val="3"/>
  </w:num>
  <w:num w:numId="7" w16cid:durableId="840042992">
    <w:abstractNumId w:val="2"/>
  </w:num>
  <w:num w:numId="8" w16cid:durableId="1808353847">
    <w:abstractNumId w:val="1"/>
  </w:num>
  <w:num w:numId="9" w16cid:durableId="1835031909">
    <w:abstractNumId w:val="0"/>
  </w:num>
  <w:num w:numId="10" w16cid:durableId="873094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707A4"/>
    <w:rsid w:val="007D10B8"/>
    <w:rsid w:val="009906F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7F03A2"/>
  <w14:defaultImageDpi w14:val="300"/>
  <w15:docId w15:val="{385C63DA-9873-4FD7-98A4-43D5E92B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Claire Earp - St Georges</cp:lastModifiedBy>
  <cp:revision>2</cp:revision>
  <dcterms:created xsi:type="dcterms:W3CDTF">2026-02-13T15:11:00Z</dcterms:created>
  <dcterms:modified xsi:type="dcterms:W3CDTF">2026-02-13T15:11:00Z</dcterms:modified>
  <cp:category/>
</cp:coreProperties>
</file>